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3030"/>
          <w:sz w:val="20"/>
        </w:rPr>
        <w:t>SAMPLE TEMPLATE — Replace with your reviewed document before use</w:t>
      </w:r>
    </w:p>
    <w:p>
      <w:r>
        <w:rPr>
          <w:b/>
          <w:color w:val="15294B"/>
          <w:sz w:val="36"/>
        </w:rPr>
        <w:t>Mina Hanna Law — Client Intake Form</w:t>
      </w:r>
    </w:p>
    <w:p>
      <w:r>
        <w:t>Please complete this form prior to your appointment and bring it with you, along with valid government-issued photo identification.</w:t>
      </w:r>
    </w:p>
    <w:p>
      <w:r>
        <w:rPr>
          <w:b/>
        </w:rPr>
        <w:t>Full Legal Name:</w:t>
      </w:r>
    </w:p>
    <w:p>
      <w:r>
        <w:t>____________________________________________________________</w:t>
      </w:r>
    </w:p>
    <w:p/>
    <w:p>
      <w:r>
        <w:rPr>
          <w:b/>
        </w:rPr>
        <w:t>Date of Birth:</w:t>
      </w:r>
    </w:p>
    <w:p>
      <w:r>
        <w:t>____________________________________________________________</w:t>
      </w:r>
    </w:p>
    <w:p/>
    <w:p>
      <w:r>
        <w:rPr>
          <w:b/>
        </w:rPr>
        <w:t>Phone Number:</w:t>
      </w:r>
    </w:p>
    <w:p>
      <w:r>
        <w:t>____________________________________________________________</w:t>
      </w:r>
    </w:p>
    <w:p/>
    <w:p>
      <w:r>
        <w:rPr>
          <w:b/>
        </w:rPr>
        <w:t>Email Address:</w:t>
      </w:r>
    </w:p>
    <w:p>
      <w:r>
        <w:t>____________________________________________________________</w:t>
      </w:r>
    </w:p>
    <w:p/>
    <w:p>
      <w:r>
        <w:rPr>
          <w:b/>
        </w:rPr>
        <w:t>Mailing Address:</w:t>
      </w:r>
    </w:p>
    <w:p>
      <w:r>
        <w:t>____________________________________________________________</w:t>
      </w:r>
    </w:p>
    <w:p/>
    <w:p>
      <w:r>
        <w:rPr>
          <w:b/>
        </w:rPr>
        <w:t>Type of Appointment (Notary / Commissioner of Oaths / Incorporation):</w:t>
      </w:r>
    </w:p>
    <w:p>
      <w:r>
        <w:t>____________________________________________________________</w:t>
      </w:r>
    </w:p>
    <w:p/>
    <w:p>
      <w:r>
        <w:rPr>
          <w:b/>
        </w:rPr>
        <w:t>Document(s) to be Notarized/Commissioned (list each):</w:t>
      </w:r>
    </w:p>
    <w:p>
      <w:r>
        <w:t>____________________________________________________________</w:t>
      </w:r>
    </w:p>
    <w:p/>
    <w:p>
      <w:r>
        <w:rPr>
          <w:b/>
        </w:rPr>
        <w:t>Preferred Appointment Format (In-Person / Mobile / Online / Public Location):</w:t>
      </w:r>
    </w:p>
    <w:p>
      <w:r>
        <w:t>____________________________________________________________</w:t>
      </w:r>
    </w:p>
    <w:p/>
    <w:p>
      <w:r>
        <w:rPr>
          <w:b/>
        </w:rPr>
        <w:t>Additional Notes:</w:t>
      </w:r>
    </w:p>
    <w:p>
      <w:r>
        <w:t>____________________________________________________________</w:t>
      </w:r>
    </w:p>
    <w:p/>
    <w:p/>
    <w:p>
      <w:r>
        <w:rPr>
          <w:i/>
          <w:sz w:val="18"/>
        </w:rPr>
        <w:t>This is a placeholder intake form provided as a starting point. It is not legal advice and does not replace review of your specific document requirements.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